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בזמן הקריאה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ניטור ההבנה בזמן קריאה: עצירה, סיכום, שאלה ודמיון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יסודי / חט״ב /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https://kubiyot-lemida.sites.tab.bot/luach-bezman-kriaa.html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מקרא הקוביה: 1 – עוצרים ומסכמים; 2 – מילה קשה; 3 – מדמיינים; 4 – שאלה תוך כדי; 5 – חיבור; 6 – סימון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לוח המשימות והקוביה לקיפול – בעמוד הלוח באתר.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לפי הסדר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הדבורה מוצאת פרחים מלאי צוף   2) הדבורה חוזרת לכוורת   3) הדבורה רוקדת   4) הדבורות האחרות מבינות את הכיוון   5) הדבורות עפות אל הפרחים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א – מסתובבת במעגלים קטנים   2) א – לאן לעוף ביחס לשמש   3) א – נוזל מתוק בפרח   4) א – המרחק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לא נכון – זו דרך למסור מידע   2) נכון   3) נכון   4) לא נכון – הן מוסרות מידע בלי מילים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לפי הלוח   2) כנ״ל   3) כנ״ל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כתיבה קצרה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המשימה בוצעה במלואה; משפטים שלמים; שימוש נכון במושגים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🔎 בזמן הקריאה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תרגלו את מה שעשיתם בתחנת הקוביות: ניטור ההבנה בזמן קריאה: עצירה, סיכום, שאלה ודמיון.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סדרו לפי הסדר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מספרו את השלבים לפי הסדר הנכון (1 = ראשון).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📄 למה הדבורים רוקדות? (טקסט מידע)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דבורת דבש שמצאה פרחים מלאי צוף חוזרת לכוורת ומתחילה לרקוד. זה לא ריקוד של שמחה בלבד: זו דרך למסור מידע.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כשהפרחים קרובים, הדבורה מסתובבת במעגלים קטנים. כשהם רחוקים, היא רוקדת בצורת הספרה 8 ומנענעת את גופה.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הכיוון של הריקוד מראה לדבורים האחרות לאן לעוף ביחס לשמש, ומשך הנענוע מרמז על המרחק.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כך, בלי מילים, יכולה דבורה אחת להוביל דבורות רבות אל מקור המזון. הריקוד נחשב לאחת הדוגמאות המרתקות לתקשורת בעולם החי.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הדבורות עפות אל הפרחים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הדבורה חוזרת לכוורת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הדבורה רוקדת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הדבורות האחרות מבינות את הכיוון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הדבורה מוצאת פרחים מלאי צוף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עושה הדבורה כשהפרחים קרובים?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מסתובבת במעגלים קטנים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רוקדת בצורת 8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נשארת בכוורת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מראה כיוון הריקוד?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לאן לעוף ביחס לשמש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כמה פרחים יש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מה השעה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פירוש המילה "צוף" לפי ההקשר: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נוזל מתוק בפרח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סוג של כנף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קול של דבורה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משך הנענוע מרמז על: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המרחק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הצבע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הגודל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המתאימה. אם לא נכון – תקנו בעל פה או בכתב.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הריקוד הוא רק ריקוד של שמחה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כשהפרחים רחוקים הדבורה רוקדת בצורת הספרה 8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דבורה אחת יכולה להוביל דבורות רבות למזון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הדבורים משתמשות במילים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גלגול 1: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גלגול 2: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גלגול 3: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כתיבה קצרה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משימה אחת מהלוח (בזמן הקריאה) וכתבו את התשובה המלאה כאן.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בזמן הקריאה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